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CD5A0" w14:textId="0C22FEFA" w:rsidR="001E5F04" w:rsidRDefault="001910CB" w:rsidP="34E60866">
      <w:pPr>
        <w:spacing w:after="360"/>
        <w:jc w:val="center"/>
        <w:rPr>
          <w:b/>
          <w:bCs/>
          <w:color w:val="990033"/>
          <w:sz w:val="40"/>
          <w:szCs w:val="40"/>
        </w:rPr>
      </w:pPr>
      <w:r w:rsidRPr="34E60866">
        <w:rPr>
          <w:b/>
          <w:bCs/>
          <w:color w:val="990033"/>
          <w:sz w:val="40"/>
          <w:szCs w:val="40"/>
        </w:rPr>
        <w:t>P</w:t>
      </w:r>
      <w:r w:rsidR="0F6A028B" w:rsidRPr="34E60866">
        <w:rPr>
          <w:b/>
          <w:bCs/>
          <w:color w:val="990033"/>
          <w:sz w:val="40"/>
          <w:szCs w:val="40"/>
        </w:rPr>
        <w:t>lanning</w:t>
      </w:r>
      <w:r w:rsidRPr="34E60866">
        <w:rPr>
          <w:b/>
          <w:bCs/>
          <w:color w:val="990033"/>
          <w:sz w:val="40"/>
          <w:szCs w:val="40"/>
        </w:rPr>
        <w:t xml:space="preserve"> </w:t>
      </w:r>
      <w:r w:rsidR="4C39D745" w:rsidRPr="34E60866">
        <w:rPr>
          <w:b/>
          <w:bCs/>
          <w:color w:val="990033"/>
          <w:sz w:val="40"/>
          <w:szCs w:val="40"/>
        </w:rPr>
        <w:t>Worksheet</w:t>
      </w:r>
    </w:p>
    <w:p w14:paraId="3376D79E" w14:textId="3C3D3B29" w:rsidR="009279CD" w:rsidRPr="009279CD" w:rsidRDefault="009279CD" w:rsidP="34E60866">
      <w:pPr>
        <w:pStyle w:val="Heading1"/>
        <w:spacing w:before="240" w:after="80"/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</w:pPr>
      <w:r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 xml:space="preserve">Complete this </w:t>
      </w:r>
      <w:r w:rsidR="00357A85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>w</w:t>
      </w:r>
      <w:r w:rsidR="2AC6C315"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>orksheet</w:t>
      </w:r>
      <w:r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 xml:space="preserve"> before selecting a journal or </w:t>
      </w:r>
      <w:r w:rsidR="004F3036"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>publisher or</w:t>
      </w:r>
      <w:r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 xml:space="preserve"> use it to assess an outlet you are already considering.</w:t>
      </w:r>
    </w:p>
    <w:p w14:paraId="243A381A" w14:textId="44E1DF73" w:rsidR="0049136A" w:rsidRDefault="0049136A" w:rsidP="34E60866">
      <w:pPr>
        <w:pStyle w:val="Heading2"/>
        <w:spacing w:before="160" w:after="120"/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</w:pPr>
      <w:r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 xml:space="preserve">Work through each section and add brief notes in the response column. Use the completed </w:t>
      </w:r>
      <w:r w:rsidR="00357A85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>w</w:t>
      </w:r>
      <w:r w:rsidR="13CAC135"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>orksheet</w:t>
      </w:r>
      <w:r w:rsidRPr="34E60866">
        <w:rPr>
          <w:rFonts w:ascii="Arial" w:eastAsia="Arial" w:hAnsi="Arial" w:cstheme="minorBidi"/>
          <w:b w:val="0"/>
          <w:bCs w:val="0"/>
          <w:color w:val="auto"/>
          <w:sz w:val="20"/>
          <w:szCs w:val="20"/>
        </w:rPr>
        <w:t xml:space="preserve"> to inform your journal shortlist and submission decisions.</w:t>
      </w:r>
    </w:p>
    <w:p w14:paraId="73B9FF3B" w14:textId="41816309" w:rsidR="00972167" w:rsidRDefault="00972167" w:rsidP="002F5A4D">
      <w:pPr>
        <w:pStyle w:val="Heading2"/>
        <w:spacing w:before="160" w:after="120"/>
      </w:pPr>
      <w:r>
        <w:pict w14:anchorId="1BC119A0">
          <v:rect id="_x0000_i1025" style="width:0;height:1.5pt" o:hralign="center" o:hrstd="t" o:hr="t" fillcolor="#a0a0a0" stroked="f"/>
        </w:pict>
      </w:r>
    </w:p>
    <w:p w14:paraId="0197C13B" w14:textId="64517674" w:rsidR="001E5F04" w:rsidRDefault="001910CB" w:rsidP="002F5A4D">
      <w:pPr>
        <w:pStyle w:val="Heading2"/>
        <w:spacing w:before="160" w:after="120"/>
      </w:pPr>
      <w:r>
        <w:t>1. Researcher and manuscript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5650"/>
        <w:gridCol w:w="3200"/>
      </w:tblGrid>
      <w:tr w:rsidR="001E5F04" w14:paraId="56D6DB7A" w14:textId="77777777">
        <w:trPr>
          <w:cantSplit/>
          <w:jc w:val="center"/>
        </w:trPr>
        <w:tc>
          <w:tcPr>
            <w:tcW w:w="650" w:type="dxa"/>
            <w:shd w:val="clear" w:color="auto" w:fill="990033"/>
            <w:vAlign w:val="center"/>
          </w:tcPr>
          <w:p w14:paraId="35DCA37D" w14:textId="77777777" w:rsidR="001E5F04" w:rsidRDefault="001910CB"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50" w:type="dxa"/>
            <w:shd w:val="clear" w:color="auto" w:fill="990033"/>
            <w:vAlign w:val="center"/>
          </w:tcPr>
          <w:p w14:paraId="6C78CEF2" w14:textId="77777777" w:rsidR="001E5F04" w:rsidRDefault="001910CB"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200" w:type="dxa"/>
            <w:shd w:val="clear" w:color="auto" w:fill="990033"/>
            <w:vAlign w:val="center"/>
          </w:tcPr>
          <w:p w14:paraId="71A80BBA" w14:textId="77777777" w:rsidR="001E5F04" w:rsidRDefault="001910CB">
            <w:r>
              <w:rPr>
                <w:b/>
                <w:color w:val="FFFFFF"/>
                <w:sz w:val="18"/>
              </w:rPr>
              <w:t>Response or notes</w:t>
            </w:r>
          </w:p>
        </w:tc>
      </w:tr>
      <w:tr w:rsidR="001E5F04" w14:paraId="24C92451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0BAEA95F" w14:textId="77777777" w:rsidR="001E5F04" w:rsidRDefault="001910CB">
            <w:r>
              <w:rPr>
                <w:sz w:val="18"/>
              </w:rPr>
              <w:t>1.1</w:t>
            </w:r>
          </w:p>
        </w:tc>
        <w:tc>
          <w:tcPr>
            <w:tcW w:w="5650" w:type="dxa"/>
          </w:tcPr>
          <w:p w14:paraId="46A45104" w14:textId="2691C4B0" w:rsidR="001E5F04" w:rsidRDefault="001910CB">
            <w:r>
              <w:rPr>
                <w:sz w:val="18"/>
              </w:rPr>
              <w:t>Record your ORCID iD.</w:t>
            </w:r>
          </w:p>
        </w:tc>
        <w:tc>
          <w:tcPr>
            <w:tcW w:w="3200" w:type="dxa"/>
          </w:tcPr>
          <w:p w14:paraId="28C4E670" w14:textId="77777777" w:rsidR="001E5F04" w:rsidRDefault="001910CB">
            <w:r>
              <w:br/>
            </w:r>
            <w:r>
              <w:br/>
            </w:r>
          </w:p>
        </w:tc>
      </w:tr>
      <w:tr w:rsidR="001E5F04" w14:paraId="5F121CC4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5382F1CB" w14:textId="77777777" w:rsidR="001E5F04" w:rsidRDefault="001910CB">
            <w:r>
              <w:rPr>
                <w:sz w:val="18"/>
              </w:rPr>
              <w:t>1.2</w:t>
            </w:r>
          </w:p>
        </w:tc>
        <w:tc>
          <w:tcPr>
            <w:tcW w:w="5650" w:type="dxa"/>
          </w:tcPr>
          <w:p w14:paraId="6182E5B1" w14:textId="447F28C1" w:rsidR="001E5F04" w:rsidRDefault="00532A71">
            <w:r>
              <w:rPr>
                <w:sz w:val="18"/>
              </w:rPr>
              <w:t>Record your</w:t>
            </w:r>
            <w:r w:rsidR="001910CB">
              <w:rPr>
                <w:sz w:val="18"/>
              </w:rPr>
              <w:t xml:space="preserve"> active Western Sydney University email address</w:t>
            </w:r>
            <w:r w:rsidR="00F6529F">
              <w:rPr>
                <w:sz w:val="18"/>
              </w:rPr>
              <w:t xml:space="preserve"> (e.g., @westernsydney.edu.au </w:t>
            </w:r>
            <w:r w:rsidR="00ED4105">
              <w:rPr>
                <w:sz w:val="18"/>
              </w:rPr>
              <w:t xml:space="preserve">OR </w:t>
            </w:r>
            <w:r w:rsidR="00F6529F">
              <w:rPr>
                <w:sz w:val="18"/>
              </w:rPr>
              <w:t>student.westernsydney.edu.au)</w:t>
            </w:r>
          </w:p>
        </w:tc>
        <w:tc>
          <w:tcPr>
            <w:tcW w:w="3200" w:type="dxa"/>
          </w:tcPr>
          <w:p w14:paraId="75B2952F" w14:textId="77777777" w:rsidR="001E5F04" w:rsidRDefault="001910CB">
            <w:r>
              <w:br/>
            </w:r>
            <w:r>
              <w:br/>
            </w:r>
          </w:p>
        </w:tc>
      </w:tr>
      <w:tr w:rsidR="001E5F04" w14:paraId="064CE049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54E66C3C" w14:textId="77777777" w:rsidR="001E5F04" w:rsidRDefault="001910CB">
            <w:r>
              <w:rPr>
                <w:sz w:val="18"/>
              </w:rPr>
              <w:t>1.3</w:t>
            </w:r>
          </w:p>
        </w:tc>
        <w:tc>
          <w:tcPr>
            <w:tcW w:w="5650" w:type="dxa"/>
          </w:tcPr>
          <w:p w14:paraId="26D31C41" w14:textId="45C845CD" w:rsidR="001E5F04" w:rsidRDefault="001910CB">
            <w:r>
              <w:rPr>
                <w:sz w:val="18"/>
              </w:rPr>
              <w:t>Briefly define your manuscript. Include the working title, article type,</w:t>
            </w:r>
            <w:r w:rsidR="006519FF">
              <w:rPr>
                <w:sz w:val="18"/>
              </w:rPr>
              <w:t xml:space="preserve"> topic</w:t>
            </w:r>
            <w:r>
              <w:rPr>
                <w:sz w:val="18"/>
              </w:rPr>
              <w:t xml:space="preserve"> </w:t>
            </w:r>
            <w:r w:rsidR="006519FF">
              <w:rPr>
                <w:sz w:val="18"/>
              </w:rPr>
              <w:t>and abstract</w:t>
            </w:r>
            <w:r w:rsidR="00ED4105">
              <w:rPr>
                <w:sz w:val="18"/>
              </w:rPr>
              <w:t xml:space="preserve"> (</w:t>
            </w:r>
            <w:r w:rsidR="00DE40F4">
              <w:rPr>
                <w:sz w:val="18"/>
              </w:rPr>
              <w:t>where</w:t>
            </w:r>
            <w:r w:rsidR="00ED4105">
              <w:rPr>
                <w:sz w:val="18"/>
              </w:rPr>
              <w:t xml:space="preserve"> available)</w:t>
            </w:r>
          </w:p>
        </w:tc>
        <w:tc>
          <w:tcPr>
            <w:tcW w:w="3200" w:type="dxa"/>
          </w:tcPr>
          <w:p w14:paraId="0BEFB705" w14:textId="77777777" w:rsidR="001E5F04" w:rsidRDefault="001910CB">
            <w:r>
              <w:br/>
            </w:r>
            <w:r>
              <w:br/>
            </w:r>
          </w:p>
        </w:tc>
      </w:tr>
    </w:tbl>
    <w:p w14:paraId="4E44FD1A" w14:textId="77777777" w:rsidR="001E5F04" w:rsidRDefault="001E5F04"/>
    <w:p w14:paraId="47AEAB35" w14:textId="77777777" w:rsidR="001E5F04" w:rsidRDefault="001910CB" w:rsidP="002F5A4D">
      <w:pPr>
        <w:pStyle w:val="Heading2"/>
        <w:spacing w:before="160" w:after="120"/>
      </w:pPr>
      <w:r>
        <w:t>2. Purpose, audience, and timeframe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5650"/>
        <w:gridCol w:w="3200"/>
      </w:tblGrid>
      <w:tr w:rsidR="001E5F04" w14:paraId="73C1E0AF" w14:textId="77777777">
        <w:trPr>
          <w:cantSplit/>
          <w:jc w:val="center"/>
        </w:trPr>
        <w:tc>
          <w:tcPr>
            <w:tcW w:w="650" w:type="dxa"/>
            <w:shd w:val="clear" w:color="auto" w:fill="990033"/>
            <w:vAlign w:val="center"/>
          </w:tcPr>
          <w:p w14:paraId="12EAE527" w14:textId="77777777" w:rsidR="001E5F04" w:rsidRDefault="001910CB"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50" w:type="dxa"/>
            <w:shd w:val="clear" w:color="auto" w:fill="990033"/>
            <w:vAlign w:val="center"/>
          </w:tcPr>
          <w:p w14:paraId="5865B4ED" w14:textId="77777777" w:rsidR="001E5F04" w:rsidRDefault="001910CB"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200" w:type="dxa"/>
            <w:shd w:val="clear" w:color="auto" w:fill="990033"/>
            <w:vAlign w:val="center"/>
          </w:tcPr>
          <w:p w14:paraId="50DAC4EF" w14:textId="77777777" w:rsidR="001E5F04" w:rsidRDefault="001910CB">
            <w:r>
              <w:rPr>
                <w:b/>
                <w:color w:val="FFFFFF"/>
                <w:sz w:val="18"/>
              </w:rPr>
              <w:t>Response or notes</w:t>
            </w:r>
          </w:p>
        </w:tc>
      </w:tr>
      <w:tr w:rsidR="001E5F04" w14:paraId="5DB17E49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6FD58DEF" w14:textId="77777777" w:rsidR="001E5F04" w:rsidRDefault="001910CB">
            <w:r>
              <w:rPr>
                <w:sz w:val="18"/>
              </w:rPr>
              <w:t>2.1</w:t>
            </w:r>
          </w:p>
        </w:tc>
        <w:tc>
          <w:tcPr>
            <w:tcW w:w="5650" w:type="dxa"/>
          </w:tcPr>
          <w:p w14:paraId="6EB30D79" w14:textId="1BD9ED72" w:rsidR="001E5F04" w:rsidRDefault="0051364F">
            <w:r>
              <w:rPr>
                <w:sz w:val="18"/>
              </w:rPr>
              <w:t>What are</w:t>
            </w:r>
            <w:r w:rsidR="001910CB">
              <w:rPr>
                <w:sz w:val="18"/>
              </w:rPr>
              <w:t xml:space="preserve"> </w:t>
            </w:r>
            <w:r w:rsidR="00571D93">
              <w:rPr>
                <w:sz w:val="18"/>
              </w:rPr>
              <w:t xml:space="preserve">the publication goals </w:t>
            </w:r>
            <w:r w:rsidR="001910CB">
              <w:rPr>
                <w:sz w:val="18"/>
              </w:rPr>
              <w:t>in your work plan, project plan, grant application, candidature plan, or research strategy</w:t>
            </w:r>
            <w:r w:rsidR="00B17C9D">
              <w:rPr>
                <w:sz w:val="18"/>
              </w:rPr>
              <w:t>, e.g., to publish in Q1 journals?</w:t>
            </w:r>
          </w:p>
        </w:tc>
        <w:tc>
          <w:tcPr>
            <w:tcW w:w="3200" w:type="dxa"/>
          </w:tcPr>
          <w:p w14:paraId="6618BA57" w14:textId="77777777" w:rsidR="001E5F04" w:rsidRDefault="001910CB">
            <w:r>
              <w:br/>
            </w:r>
            <w:r>
              <w:br/>
            </w:r>
          </w:p>
        </w:tc>
      </w:tr>
      <w:tr w:rsidR="001E5F04" w14:paraId="29DC342F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7D4698D2" w14:textId="77777777" w:rsidR="001E5F04" w:rsidRDefault="001910CB">
            <w:r>
              <w:rPr>
                <w:sz w:val="18"/>
              </w:rPr>
              <w:t>2.2</w:t>
            </w:r>
          </w:p>
        </w:tc>
        <w:tc>
          <w:tcPr>
            <w:tcW w:w="5650" w:type="dxa"/>
          </w:tcPr>
          <w:p w14:paraId="1861BC7C" w14:textId="7E9836FF" w:rsidR="001E5F04" w:rsidRDefault="001910CB">
            <w:r>
              <w:rPr>
                <w:sz w:val="18"/>
              </w:rPr>
              <w:t xml:space="preserve">Who is the </w:t>
            </w:r>
            <w:hyperlink r:id="rId11" w:history="1">
              <w:r w:rsidRPr="00356423">
                <w:rPr>
                  <w:rStyle w:val="Hyperlink"/>
                  <w:sz w:val="18"/>
                </w:rPr>
                <w:t>intended audience</w:t>
              </w:r>
            </w:hyperlink>
            <w:r>
              <w:rPr>
                <w:sz w:val="18"/>
              </w:rPr>
              <w:t xml:space="preserve"> for your manuscript</w:t>
            </w:r>
            <w:r w:rsidR="00011497">
              <w:rPr>
                <w:sz w:val="18"/>
              </w:rPr>
              <w:t>? Are they located in a specific country or region?</w:t>
            </w:r>
          </w:p>
        </w:tc>
        <w:tc>
          <w:tcPr>
            <w:tcW w:w="3200" w:type="dxa"/>
          </w:tcPr>
          <w:p w14:paraId="78888ED3" w14:textId="77777777" w:rsidR="001E5F04" w:rsidRDefault="001910CB">
            <w:r>
              <w:br/>
            </w:r>
            <w:r>
              <w:br/>
            </w:r>
          </w:p>
        </w:tc>
      </w:tr>
      <w:tr w:rsidR="001E5F04" w14:paraId="42366051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7FCAA88A" w14:textId="77777777" w:rsidR="001E5F04" w:rsidRDefault="001910CB">
            <w:r>
              <w:rPr>
                <w:sz w:val="18"/>
              </w:rPr>
              <w:t>2.3</w:t>
            </w:r>
          </w:p>
        </w:tc>
        <w:tc>
          <w:tcPr>
            <w:tcW w:w="5650" w:type="dxa"/>
          </w:tcPr>
          <w:p w14:paraId="1CB0C28D" w14:textId="154E2402" w:rsidR="001E5F04" w:rsidRDefault="001910CB">
            <w:r>
              <w:rPr>
                <w:sz w:val="18"/>
              </w:rPr>
              <w:t>Does your work need to be translated into another language to reach your intended audience? If yes, which language</w:t>
            </w:r>
            <w:r w:rsidR="00532A71">
              <w:rPr>
                <w:sz w:val="18"/>
              </w:rPr>
              <w:t>(s)</w:t>
            </w:r>
            <w:r>
              <w:rPr>
                <w:sz w:val="18"/>
              </w:rPr>
              <w:t>?</w:t>
            </w:r>
          </w:p>
        </w:tc>
        <w:tc>
          <w:tcPr>
            <w:tcW w:w="3200" w:type="dxa"/>
          </w:tcPr>
          <w:p w14:paraId="44245DFC" w14:textId="77777777" w:rsidR="001E5F04" w:rsidRDefault="001910CB">
            <w:r>
              <w:br/>
            </w:r>
            <w:r>
              <w:br/>
            </w:r>
          </w:p>
        </w:tc>
      </w:tr>
      <w:tr w:rsidR="001E5F04" w14:paraId="3EEB95A2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3B19E01D" w14:textId="77777777" w:rsidR="001E5F04" w:rsidRDefault="001910CB">
            <w:r>
              <w:rPr>
                <w:sz w:val="18"/>
              </w:rPr>
              <w:t>2.4</w:t>
            </w:r>
          </w:p>
        </w:tc>
        <w:tc>
          <w:tcPr>
            <w:tcW w:w="5650" w:type="dxa"/>
          </w:tcPr>
          <w:p w14:paraId="6AB78675" w14:textId="4DEF3817" w:rsidR="001E5F04" w:rsidRDefault="001910CB">
            <w:r>
              <w:rPr>
                <w:sz w:val="18"/>
              </w:rPr>
              <w:t>What is your intended publishing timeframe</w:t>
            </w:r>
            <w:r w:rsidR="00AD6F4C">
              <w:rPr>
                <w:sz w:val="18"/>
              </w:rPr>
              <w:t xml:space="preserve"> and </w:t>
            </w:r>
            <w:r w:rsidR="00735795">
              <w:rPr>
                <w:sz w:val="18"/>
              </w:rPr>
              <w:t>pathway</w:t>
            </w:r>
            <w:r w:rsidR="000E5F47">
              <w:rPr>
                <w:sz w:val="18"/>
              </w:rPr>
              <w:t xml:space="preserve"> (e.g., </w:t>
            </w:r>
            <w:r w:rsidR="00445670">
              <w:rPr>
                <w:sz w:val="18"/>
              </w:rPr>
              <w:t xml:space="preserve">publish </w:t>
            </w:r>
            <w:r w:rsidR="00E044DC">
              <w:rPr>
                <w:sz w:val="18"/>
              </w:rPr>
              <w:t xml:space="preserve">within </w:t>
            </w:r>
            <w:r w:rsidR="000B4B59">
              <w:rPr>
                <w:sz w:val="18"/>
              </w:rPr>
              <w:t>12 months</w:t>
            </w:r>
            <w:r w:rsidR="00A5441E">
              <w:rPr>
                <w:sz w:val="18"/>
              </w:rPr>
              <w:t xml:space="preserve"> (or by a specific date)</w:t>
            </w:r>
            <w:r w:rsidR="00960A95">
              <w:rPr>
                <w:sz w:val="18"/>
              </w:rPr>
              <w:t xml:space="preserve">. </w:t>
            </w:r>
            <w:r w:rsidR="00445670">
              <w:rPr>
                <w:sz w:val="18"/>
              </w:rPr>
              <w:t>Must be</w:t>
            </w:r>
            <w:r w:rsidR="000B4B59">
              <w:rPr>
                <w:sz w:val="18"/>
              </w:rPr>
              <w:t xml:space="preserve"> open access)</w:t>
            </w:r>
          </w:p>
        </w:tc>
        <w:tc>
          <w:tcPr>
            <w:tcW w:w="3200" w:type="dxa"/>
          </w:tcPr>
          <w:p w14:paraId="1DAE331D" w14:textId="77777777" w:rsidR="001E5F04" w:rsidRDefault="001910CB">
            <w:r>
              <w:br/>
            </w:r>
            <w:r>
              <w:br/>
            </w:r>
          </w:p>
        </w:tc>
      </w:tr>
      <w:tr w:rsidR="001E5F04" w14:paraId="58AAFB23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6ED8473C" w14:textId="77777777" w:rsidR="001E5F04" w:rsidRDefault="001910CB">
            <w:r>
              <w:rPr>
                <w:sz w:val="18"/>
              </w:rPr>
              <w:t>2.5</w:t>
            </w:r>
          </w:p>
        </w:tc>
        <w:tc>
          <w:tcPr>
            <w:tcW w:w="5650" w:type="dxa"/>
          </w:tcPr>
          <w:p w14:paraId="7A31AB66" w14:textId="484E04A5" w:rsidR="001E5F04" w:rsidRDefault="00721FF9">
            <w:r w:rsidRPr="00721FF9">
              <w:rPr>
                <w:sz w:val="18"/>
              </w:rPr>
              <w:t>Do you intend to share your manuscript on a preprint server before submitting it to a journal or before publication?</w:t>
            </w:r>
          </w:p>
        </w:tc>
        <w:tc>
          <w:tcPr>
            <w:tcW w:w="3200" w:type="dxa"/>
          </w:tcPr>
          <w:p w14:paraId="5E8969C1" w14:textId="77777777" w:rsidR="001E5F04" w:rsidRDefault="001910CB">
            <w:r>
              <w:br/>
            </w:r>
            <w:r>
              <w:br/>
            </w:r>
          </w:p>
        </w:tc>
      </w:tr>
    </w:tbl>
    <w:p w14:paraId="3EF282D6" w14:textId="62F70967" w:rsidR="001E5F04" w:rsidRDefault="001E5F04"/>
    <w:p w14:paraId="78921E29" w14:textId="77777777" w:rsidR="001E5F04" w:rsidRDefault="001910CB" w:rsidP="002F5A4D">
      <w:pPr>
        <w:pStyle w:val="Heading2"/>
        <w:spacing w:before="160" w:after="120"/>
      </w:pPr>
      <w:r>
        <w:t>3. Research classification and impact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5650"/>
        <w:gridCol w:w="3200"/>
      </w:tblGrid>
      <w:tr w:rsidR="001E5F04" w14:paraId="2FF710B4" w14:textId="77777777">
        <w:trPr>
          <w:cantSplit/>
          <w:jc w:val="center"/>
        </w:trPr>
        <w:tc>
          <w:tcPr>
            <w:tcW w:w="650" w:type="dxa"/>
            <w:shd w:val="clear" w:color="auto" w:fill="990033"/>
            <w:vAlign w:val="center"/>
          </w:tcPr>
          <w:p w14:paraId="189C039B" w14:textId="77777777" w:rsidR="001E5F04" w:rsidRDefault="001910CB"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50" w:type="dxa"/>
            <w:shd w:val="clear" w:color="auto" w:fill="990033"/>
            <w:vAlign w:val="center"/>
          </w:tcPr>
          <w:p w14:paraId="34431CC3" w14:textId="77777777" w:rsidR="001E5F04" w:rsidRDefault="001910CB"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200" w:type="dxa"/>
            <w:shd w:val="clear" w:color="auto" w:fill="990033"/>
            <w:vAlign w:val="center"/>
          </w:tcPr>
          <w:p w14:paraId="0DB33B4F" w14:textId="77777777" w:rsidR="001E5F04" w:rsidRDefault="001910CB">
            <w:r>
              <w:rPr>
                <w:b/>
                <w:color w:val="FFFFFF"/>
                <w:sz w:val="18"/>
              </w:rPr>
              <w:t>Response or notes</w:t>
            </w:r>
          </w:p>
        </w:tc>
      </w:tr>
      <w:tr w:rsidR="001E5F04" w14:paraId="3C9F014D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34489C6A" w14:textId="77777777" w:rsidR="001E5F04" w:rsidRDefault="001910CB">
            <w:r>
              <w:rPr>
                <w:sz w:val="18"/>
              </w:rPr>
              <w:t>3.1</w:t>
            </w:r>
          </w:p>
        </w:tc>
        <w:tc>
          <w:tcPr>
            <w:tcW w:w="5650" w:type="dxa"/>
          </w:tcPr>
          <w:p w14:paraId="60A54BDF" w14:textId="722ECBFE" w:rsidR="001E5F04" w:rsidRDefault="001910CB">
            <w:r>
              <w:rPr>
                <w:sz w:val="18"/>
              </w:rPr>
              <w:t xml:space="preserve">Which </w:t>
            </w:r>
            <w:hyperlink r:id="rId12" w:history="1">
              <w:r w:rsidR="001E5F04" w:rsidRPr="003E1BD5">
                <w:rPr>
                  <w:rStyle w:val="Hyperlink"/>
                  <w:sz w:val="18"/>
                </w:rPr>
                <w:t>Field of Research and Socio-Economic Objective codes</w:t>
              </w:r>
            </w:hyperlink>
            <w:r>
              <w:rPr>
                <w:sz w:val="18"/>
              </w:rPr>
              <w:t xml:space="preserve"> apply to your manuscript?</w:t>
            </w:r>
            <w:r w:rsidR="00E90735">
              <w:rPr>
                <w:sz w:val="18"/>
              </w:rPr>
              <w:t xml:space="preserve"> List these</w:t>
            </w:r>
            <w:r w:rsidR="00532A71">
              <w:rPr>
                <w:sz w:val="18"/>
              </w:rPr>
              <w:t>.</w:t>
            </w:r>
          </w:p>
        </w:tc>
        <w:tc>
          <w:tcPr>
            <w:tcW w:w="3200" w:type="dxa"/>
          </w:tcPr>
          <w:p w14:paraId="405CA126" w14:textId="77777777" w:rsidR="001E5F04" w:rsidRDefault="001910CB">
            <w:r>
              <w:br/>
            </w:r>
            <w:r>
              <w:br/>
            </w:r>
          </w:p>
        </w:tc>
      </w:tr>
      <w:tr w:rsidR="001E5F04" w14:paraId="70324E3E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3B01C04A" w14:textId="77777777" w:rsidR="001E5F04" w:rsidRDefault="001910CB">
            <w:r>
              <w:rPr>
                <w:sz w:val="18"/>
              </w:rPr>
              <w:t>3.2</w:t>
            </w:r>
          </w:p>
        </w:tc>
        <w:tc>
          <w:tcPr>
            <w:tcW w:w="5650" w:type="dxa"/>
          </w:tcPr>
          <w:p w14:paraId="4D3A9E24" w14:textId="5FDBC702" w:rsidR="001E5F04" w:rsidRDefault="001910CB">
            <w:r>
              <w:rPr>
                <w:sz w:val="18"/>
              </w:rPr>
              <w:t xml:space="preserve">What is the </w:t>
            </w:r>
            <w:hyperlink r:id="rId13" w:history="1">
              <w:r w:rsidR="001E5F04" w:rsidRPr="00EB2EC7">
                <w:rPr>
                  <w:rStyle w:val="Hyperlink"/>
                  <w:sz w:val="18"/>
                </w:rPr>
                <w:t>real-world impact</w:t>
              </w:r>
            </w:hyperlink>
            <w:r>
              <w:rPr>
                <w:sz w:val="18"/>
              </w:rPr>
              <w:t xml:space="preserve"> of your research? Consider the social, cultural, environmental, economic, policy, clinical, educational, industry, or community outcomes your research may contribute to.</w:t>
            </w:r>
          </w:p>
        </w:tc>
        <w:tc>
          <w:tcPr>
            <w:tcW w:w="3200" w:type="dxa"/>
          </w:tcPr>
          <w:p w14:paraId="5CD19AF3" w14:textId="77777777" w:rsidR="001E5F04" w:rsidRDefault="001910CB">
            <w:r>
              <w:br/>
            </w:r>
            <w:r>
              <w:br/>
            </w:r>
          </w:p>
        </w:tc>
      </w:tr>
      <w:tr w:rsidR="001E5F04" w14:paraId="66277401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54F084ED" w14:textId="77777777" w:rsidR="001E5F04" w:rsidRDefault="001910CB">
            <w:r>
              <w:rPr>
                <w:sz w:val="18"/>
              </w:rPr>
              <w:t>3.3</w:t>
            </w:r>
          </w:p>
        </w:tc>
        <w:tc>
          <w:tcPr>
            <w:tcW w:w="5650" w:type="dxa"/>
          </w:tcPr>
          <w:p w14:paraId="2A286139" w14:textId="2AB97D84" w:rsidR="001E5F04" w:rsidRDefault="001910CB">
            <w:r>
              <w:rPr>
                <w:sz w:val="18"/>
              </w:rPr>
              <w:t xml:space="preserve">Does your research support one or more United Nations </w:t>
            </w:r>
            <w:hyperlink r:id="rId14" w:history="1">
              <w:r w:rsidR="001E5F04" w:rsidRPr="007E09F7">
                <w:rPr>
                  <w:rStyle w:val="Hyperlink"/>
                  <w:sz w:val="18"/>
                </w:rPr>
                <w:t>Sustainable Development Goals</w:t>
              </w:r>
            </w:hyperlink>
            <w:r>
              <w:rPr>
                <w:sz w:val="18"/>
              </w:rPr>
              <w:t>?</w:t>
            </w:r>
            <w:r w:rsidR="0051364F">
              <w:rPr>
                <w:sz w:val="18"/>
              </w:rPr>
              <w:t xml:space="preserve"> </w:t>
            </w:r>
            <w:r w:rsidR="00E16488">
              <w:rPr>
                <w:sz w:val="18"/>
              </w:rPr>
              <w:t>If yes, which are they?</w:t>
            </w:r>
          </w:p>
        </w:tc>
        <w:tc>
          <w:tcPr>
            <w:tcW w:w="3200" w:type="dxa"/>
          </w:tcPr>
          <w:p w14:paraId="6A269B7A" w14:textId="77777777" w:rsidR="001E5F04" w:rsidRDefault="001910CB">
            <w:r>
              <w:br/>
            </w:r>
            <w:r>
              <w:br/>
            </w:r>
          </w:p>
        </w:tc>
      </w:tr>
    </w:tbl>
    <w:p w14:paraId="129A3EA8" w14:textId="77777777" w:rsidR="001E5F04" w:rsidRDefault="001E5F04"/>
    <w:p w14:paraId="426262E9" w14:textId="77777777" w:rsidR="001E5F04" w:rsidRDefault="001910CB" w:rsidP="002F5A4D">
      <w:pPr>
        <w:pStyle w:val="Heading2"/>
        <w:spacing w:before="160" w:after="120"/>
      </w:pPr>
      <w:r>
        <w:t>4. Authorship and collaboration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5650"/>
        <w:gridCol w:w="3200"/>
      </w:tblGrid>
      <w:tr w:rsidR="001E5F04" w14:paraId="6CFFEB1E" w14:textId="77777777">
        <w:trPr>
          <w:cantSplit/>
          <w:jc w:val="center"/>
        </w:trPr>
        <w:tc>
          <w:tcPr>
            <w:tcW w:w="650" w:type="dxa"/>
            <w:shd w:val="clear" w:color="auto" w:fill="990033"/>
            <w:vAlign w:val="center"/>
          </w:tcPr>
          <w:p w14:paraId="5379611B" w14:textId="77777777" w:rsidR="001E5F04" w:rsidRDefault="001910CB"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50" w:type="dxa"/>
            <w:shd w:val="clear" w:color="auto" w:fill="990033"/>
            <w:vAlign w:val="center"/>
          </w:tcPr>
          <w:p w14:paraId="728F2831" w14:textId="77777777" w:rsidR="001E5F04" w:rsidRDefault="001910CB"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200" w:type="dxa"/>
            <w:shd w:val="clear" w:color="auto" w:fill="990033"/>
            <w:vAlign w:val="center"/>
          </w:tcPr>
          <w:p w14:paraId="7905C267" w14:textId="77777777" w:rsidR="001E5F04" w:rsidRDefault="001910CB">
            <w:r>
              <w:rPr>
                <w:b/>
                <w:color w:val="FFFFFF"/>
                <w:sz w:val="18"/>
              </w:rPr>
              <w:t>Response or notes</w:t>
            </w:r>
          </w:p>
        </w:tc>
      </w:tr>
      <w:tr w:rsidR="001E5F04" w14:paraId="75C48FFA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30EBC7EC" w14:textId="77777777" w:rsidR="001E5F04" w:rsidRDefault="001910CB">
            <w:r>
              <w:rPr>
                <w:sz w:val="18"/>
              </w:rPr>
              <w:t>4.1</w:t>
            </w:r>
          </w:p>
        </w:tc>
        <w:tc>
          <w:tcPr>
            <w:tcW w:w="5650" w:type="dxa"/>
          </w:tcPr>
          <w:p w14:paraId="60618379" w14:textId="77777777" w:rsidR="001E5F04" w:rsidRDefault="001910CB">
            <w:r>
              <w:rPr>
                <w:sz w:val="18"/>
              </w:rPr>
              <w:t>Will you collaborate with other experts on this manuscript? If yes, who are they?</w:t>
            </w:r>
          </w:p>
        </w:tc>
        <w:tc>
          <w:tcPr>
            <w:tcW w:w="3200" w:type="dxa"/>
          </w:tcPr>
          <w:p w14:paraId="17FD9186" w14:textId="77777777" w:rsidR="001E5F04" w:rsidRDefault="001910CB">
            <w:r>
              <w:br/>
            </w:r>
            <w:r>
              <w:br/>
            </w:r>
          </w:p>
        </w:tc>
      </w:tr>
      <w:tr w:rsidR="001E5F04" w14:paraId="0EC83A75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10D462E8" w14:textId="77777777" w:rsidR="001E5F04" w:rsidRDefault="001910CB">
            <w:r>
              <w:rPr>
                <w:sz w:val="18"/>
              </w:rPr>
              <w:t>4.2</w:t>
            </w:r>
          </w:p>
        </w:tc>
        <w:tc>
          <w:tcPr>
            <w:tcW w:w="5650" w:type="dxa"/>
          </w:tcPr>
          <w:p w14:paraId="3EE32623" w14:textId="77777777" w:rsidR="001E5F04" w:rsidRDefault="001910CB">
            <w:r>
              <w:rPr>
                <w:sz w:val="18"/>
              </w:rPr>
              <w:t>Have all authors discussed authorship, contribution, order, corresponding author responsibilities, and approval processes?</w:t>
            </w:r>
          </w:p>
        </w:tc>
        <w:tc>
          <w:tcPr>
            <w:tcW w:w="3200" w:type="dxa"/>
          </w:tcPr>
          <w:p w14:paraId="2B3AEDF9" w14:textId="77777777" w:rsidR="001E5F04" w:rsidRDefault="001910CB">
            <w:r>
              <w:br/>
            </w:r>
            <w:r>
              <w:br/>
            </w:r>
          </w:p>
        </w:tc>
      </w:tr>
    </w:tbl>
    <w:p w14:paraId="32775B8B" w14:textId="77777777" w:rsidR="001E5F04" w:rsidRDefault="001E5F04"/>
    <w:p w14:paraId="27FFB073" w14:textId="77777777" w:rsidR="001E5F04" w:rsidRDefault="001910CB" w:rsidP="002F5A4D">
      <w:pPr>
        <w:pStyle w:val="Heading2"/>
        <w:spacing w:before="160" w:after="120"/>
      </w:pPr>
      <w:r>
        <w:t>5. Funding and compliance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5650"/>
        <w:gridCol w:w="3200"/>
      </w:tblGrid>
      <w:tr w:rsidR="001E5F04" w14:paraId="1EFAC872" w14:textId="77777777">
        <w:trPr>
          <w:cantSplit/>
          <w:jc w:val="center"/>
        </w:trPr>
        <w:tc>
          <w:tcPr>
            <w:tcW w:w="650" w:type="dxa"/>
            <w:shd w:val="clear" w:color="auto" w:fill="990033"/>
            <w:vAlign w:val="center"/>
          </w:tcPr>
          <w:p w14:paraId="1720F429" w14:textId="77777777" w:rsidR="001E5F04" w:rsidRDefault="001910CB"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50" w:type="dxa"/>
            <w:shd w:val="clear" w:color="auto" w:fill="990033"/>
            <w:vAlign w:val="center"/>
          </w:tcPr>
          <w:p w14:paraId="66438E34" w14:textId="77777777" w:rsidR="001E5F04" w:rsidRDefault="001910CB"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200" w:type="dxa"/>
            <w:shd w:val="clear" w:color="auto" w:fill="990033"/>
            <w:vAlign w:val="center"/>
          </w:tcPr>
          <w:p w14:paraId="48B33B67" w14:textId="77777777" w:rsidR="001E5F04" w:rsidRDefault="001910CB">
            <w:r>
              <w:rPr>
                <w:b/>
                <w:color w:val="FFFFFF"/>
                <w:sz w:val="18"/>
              </w:rPr>
              <w:t>Response or notes</w:t>
            </w:r>
          </w:p>
        </w:tc>
      </w:tr>
      <w:tr w:rsidR="001E5F04" w14:paraId="3C1D0249" w14:textId="77777777" w:rsidTr="0038683F">
        <w:trPr>
          <w:cantSplit/>
          <w:trHeight w:val="906"/>
          <w:jc w:val="center"/>
        </w:trPr>
        <w:tc>
          <w:tcPr>
            <w:tcW w:w="650" w:type="dxa"/>
            <w:shd w:val="clear" w:color="auto" w:fill="F2F2F2"/>
          </w:tcPr>
          <w:p w14:paraId="15E871B8" w14:textId="77777777" w:rsidR="001E5F04" w:rsidRDefault="001910CB">
            <w:r>
              <w:rPr>
                <w:sz w:val="18"/>
              </w:rPr>
              <w:t>5.1</w:t>
            </w:r>
          </w:p>
        </w:tc>
        <w:tc>
          <w:tcPr>
            <w:tcW w:w="5650" w:type="dxa"/>
          </w:tcPr>
          <w:p w14:paraId="115F4B15" w14:textId="7B68648C" w:rsidR="001E5F04" w:rsidRDefault="001910CB">
            <w:r>
              <w:rPr>
                <w:sz w:val="18"/>
              </w:rPr>
              <w:t>Do you have access to funds to cover publishing costs, such as an Article Processing Charge or other publication fee?</w:t>
            </w:r>
            <w:r w:rsidR="00C729EA">
              <w:rPr>
                <w:sz w:val="18"/>
              </w:rPr>
              <w:t xml:space="preserve"> If yes, how much?</w:t>
            </w:r>
            <w:r w:rsidR="00041659">
              <w:rPr>
                <w:sz w:val="18"/>
              </w:rPr>
              <w:t xml:space="preserve"> (See also 2.4</w:t>
            </w:r>
            <w:r w:rsidR="00785BED">
              <w:rPr>
                <w:sz w:val="18"/>
              </w:rPr>
              <w:t>,</w:t>
            </w:r>
            <w:r w:rsidR="00041659">
              <w:rPr>
                <w:sz w:val="18"/>
              </w:rPr>
              <w:t xml:space="preserve"> as this will </w:t>
            </w:r>
            <w:r w:rsidR="00785BED">
              <w:rPr>
                <w:sz w:val="18"/>
              </w:rPr>
              <w:t>help</w:t>
            </w:r>
            <w:r w:rsidR="00041659">
              <w:rPr>
                <w:sz w:val="18"/>
              </w:rPr>
              <w:t xml:space="preserve"> determine where you can publish)</w:t>
            </w:r>
          </w:p>
        </w:tc>
        <w:tc>
          <w:tcPr>
            <w:tcW w:w="3200" w:type="dxa"/>
          </w:tcPr>
          <w:p w14:paraId="0FD010B1" w14:textId="77777777" w:rsidR="001E5F04" w:rsidRDefault="001910CB">
            <w:r>
              <w:br/>
            </w:r>
            <w:r>
              <w:br/>
            </w:r>
          </w:p>
        </w:tc>
      </w:tr>
      <w:tr w:rsidR="001E5F04" w14:paraId="10843A44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3FED75E6" w14:textId="77777777" w:rsidR="001E5F04" w:rsidRDefault="001910CB">
            <w:r>
              <w:rPr>
                <w:sz w:val="18"/>
              </w:rPr>
              <w:t>5.2</w:t>
            </w:r>
          </w:p>
        </w:tc>
        <w:tc>
          <w:tcPr>
            <w:tcW w:w="5650" w:type="dxa"/>
          </w:tcPr>
          <w:p w14:paraId="13D0C80E" w14:textId="0DF7E506" w:rsidR="001E5F04" w:rsidRDefault="001910CB">
            <w:r>
              <w:rPr>
                <w:sz w:val="18"/>
              </w:rPr>
              <w:t>Is the research subject to any publishing, funder, institutional, ethics, or compliance requirements?</w:t>
            </w:r>
            <w:r w:rsidR="00C729EA">
              <w:rPr>
                <w:sz w:val="18"/>
              </w:rPr>
              <w:t xml:space="preserve"> What are these requirements?</w:t>
            </w:r>
          </w:p>
        </w:tc>
        <w:tc>
          <w:tcPr>
            <w:tcW w:w="3200" w:type="dxa"/>
          </w:tcPr>
          <w:p w14:paraId="4B979036" w14:textId="77777777" w:rsidR="001E5F04" w:rsidRDefault="001910CB">
            <w:r>
              <w:br/>
            </w:r>
            <w:r>
              <w:br/>
            </w:r>
          </w:p>
        </w:tc>
      </w:tr>
      <w:tr w:rsidR="001E5F04" w14:paraId="37730ECB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3BBC0397" w14:textId="77777777" w:rsidR="001E5F04" w:rsidRDefault="001910CB">
            <w:r>
              <w:rPr>
                <w:sz w:val="18"/>
              </w:rPr>
              <w:t>5.3</w:t>
            </w:r>
          </w:p>
        </w:tc>
        <w:tc>
          <w:tcPr>
            <w:tcW w:w="5650" w:type="dxa"/>
          </w:tcPr>
          <w:p w14:paraId="36E29D3C" w14:textId="7B958963" w:rsidR="001E5F04" w:rsidRDefault="001910CB">
            <w:r>
              <w:rPr>
                <w:sz w:val="18"/>
              </w:rPr>
              <w:t>Are there compliance matters that need to be addressed before submission?</w:t>
            </w:r>
            <w:r w:rsidR="00C729EA">
              <w:rPr>
                <w:sz w:val="18"/>
              </w:rPr>
              <w:t xml:space="preserve"> What are they</w:t>
            </w:r>
            <w:r w:rsidR="0079699E">
              <w:rPr>
                <w:sz w:val="18"/>
              </w:rPr>
              <w:t>, e.g., human ethics, etc.</w:t>
            </w:r>
          </w:p>
        </w:tc>
        <w:tc>
          <w:tcPr>
            <w:tcW w:w="3200" w:type="dxa"/>
          </w:tcPr>
          <w:p w14:paraId="2EB6D76C" w14:textId="77777777" w:rsidR="001E5F04" w:rsidRDefault="001910CB">
            <w:r>
              <w:br/>
            </w:r>
            <w:r>
              <w:br/>
            </w:r>
          </w:p>
        </w:tc>
      </w:tr>
    </w:tbl>
    <w:p w14:paraId="540B634D" w14:textId="77777777" w:rsidR="001E5F04" w:rsidRDefault="001E5F04"/>
    <w:p w14:paraId="569BCE62" w14:textId="03A27C62" w:rsidR="001E5F04" w:rsidRDefault="001910CB" w:rsidP="002F5A4D">
      <w:pPr>
        <w:pStyle w:val="Heading2"/>
        <w:spacing w:before="160" w:after="120"/>
      </w:pPr>
      <w:r>
        <w:t>6. Rights, content, data and sharing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5650"/>
        <w:gridCol w:w="3200"/>
      </w:tblGrid>
      <w:tr w:rsidR="001E5F04" w14:paraId="3DA029CE" w14:textId="77777777">
        <w:trPr>
          <w:cantSplit/>
          <w:jc w:val="center"/>
        </w:trPr>
        <w:tc>
          <w:tcPr>
            <w:tcW w:w="650" w:type="dxa"/>
            <w:shd w:val="clear" w:color="auto" w:fill="990033"/>
            <w:vAlign w:val="center"/>
          </w:tcPr>
          <w:p w14:paraId="32497A6A" w14:textId="77777777" w:rsidR="001E5F04" w:rsidRDefault="001910CB"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50" w:type="dxa"/>
            <w:shd w:val="clear" w:color="auto" w:fill="990033"/>
            <w:vAlign w:val="center"/>
          </w:tcPr>
          <w:p w14:paraId="47EA152A" w14:textId="77777777" w:rsidR="001E5F04" w:rsidRDefault="001910CB"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200" w:type="dxa"/>
            <w:shd w:val="clear" w:color="auto" w:fill="990033"/>
            <w:vAlign w:val="center"/>
          </w:tcPr>
          <w:p w14:paraId="7A3AD23B" w14:textId="77777777" w:rsidR="001E5F04" w:rsidRDefault="001910CB">
            <w:r>
              <w:rPr>
                <w:b/>
                <w:color w:val="FFFFFF"/>
                <w:sz w:val="18"/>
              </w:rPr>
              <w:t>Response or notes</w:t>
            </w:r>
          </w:p>
        </w:tc>
      </w:tr>
      <w:tr w:rsidR="001E5F04" w14:paraId="7DF40CFD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44708DCA" w14:textId="77777777" w:rsidR="001E5F04" w:rsidRDefault="001910CB">
            <w:r>
              <w:rPr>
                <w:sz w:val="18"/>
              </w:rPr>
              <w:t>6.1</w:t>
            </w:r>
          </w:p>
        </w:tc>
        <w:tc>
          <w:tcPr>
            <w:tcW w:w="5650" w:type="dxa"/>
          </w:tcPr>
          <w:p w14:paraId="2CFC62F0" w14:textId="2DB1381C" w:rsidR="001E5F04" w:rsidRDefault="001910CB">
            <w:r>
              <w:rPr>
                <w:sz w:val="18"/>
              </w:rPr>
              <w:t xml:space="preserve">Will you use third-party content </w:t>
            </w:r>
            <w:r w:rsidR="0079699E">
              <w:rPr>
                <w:sz w:val="18"/>
              </w:rPr>
              <w:t xml:space="preserve">(e.g., figures, tables, etc.) </w:t>
            </w:r>
            <w:r>
              <w:rPr>
                <w:sz w:val="18"/>
              </w:rPr>
              <w:t>in the manuscript?</w:t>
            </w:r>
          </w:p>
        </w:tc>
        <w:tc>
          <w:tcPr>
            <w:tcW w:w="3200" w:type="dxa"/>
          </w:tcPr>
          <w:p w14:paraId="696C61E2" w14:textId="77777777" w:rsidR="001E5F04" w:rsidRDefault="001910CB">
            <w:r>
              <w:br/>
            </w:r>
            <w:r>
              <w:br/>
            </w:r>
          </w:p>
        </w:tc>
      </w:tr>
      <w:tr w:rsidR="001E5F04" w14:paraId="08A0B5CB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16A349B6" w14:textId="77777777" w:rsidR="001E5F04" w:rsidRDefault="001910CB">
            <w:r>
              <w:rPr>
                <w:sz w:val="18"/>
              </w:rPr>
              <w:t>6.2</w:t>
            </w:r>
          </w:p>
        </w:tc>
        <w:tc>
          <w:tcPr>
            <w:tcW w:w="5650" w:type="dxa"/>
          </w:tcPr>
          <w:p w14:paraId="114F9214" w14:textId="77777777" w:rsidR="001E5F04" w:rsidRDefault="001910CB">
            <w:r>
              <w:rPr>
                <w:sz w:val="18"/>
              </w:rPr>
              <w:t>Have you considered what rights you need to retain?</w:t>
            </w:r>
          </w:p>
        </w:tc>
        <w:tc>
          <w:tcPr>
            <w:tcW w:w="3200" w:type="dxa"/>
          </w:tcPr>
          <w:p w14:paraId="34A3BD44" w14:textId="77777777" w:rsidR="001E5F04" w:rsidRDefault="001910CB">
            <w:r>
              <w:br/>
            </w:r>
            <w:r>
              <w:br/>
            </w:r>
          </w:p>
        </w:tc>
      </w:tr>
      <w:tr w:rsidR="001E5F04" w14:paraId="597D0D3F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186AE94A" w14:textId="77777777" w:rsidR="001E5F04" w:rsidRDefault="001910CB">
            <w:r>
              <w:rPr>
                <w:sz w:val="18"/>
              </w:rPr>
              <w:t>6.3</w:t>
            </w:r>
          </w:p>
        </w:tc>
        <w:tc>
          <w:tcPr>
            <w:tcW w:w="5650" w:type="dxa"/>
          </w:tcPr>
          <w:p w14:paraId="58848CBB" w14:textId="77777777" w:rsidR="001E5F04" w:rsidRDefault="001910CB">
            <w:r>
              <w:rPr>
                <w:sz w:val="18"/>
              </w:rPr>
              <w:t>Will the project generate or reuse research data?</w:t>
            </w:r>
          </w:p>
        </w:tc>
        <w:tc>
          <w:tcPr>
            <w:tcW w:w="3200" w:type="dxa"/>
          </w:tcPr>
          <w:p w14:paraId="7017BB65" w14:textId="77777777" w:rsidR="001E5F04" w:rsidRDefault="001910CB">
            <w:r>
              <w:br/>
            </w:r>
            <w:r>
              <w:br/>
            </w:r>
          </w:p>
        </w:tc>
      </w:tr>
      <w:tr w:rsidR="001E5F04" w14:paraId="111B34FC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2D7217F5" w14:textId="77777777" w:rsidR="001E5F04" w:rsidRDefault="001910CB">
            <w:r>
              <w:rPr>
                <w:sz w:val="18"/>
              </w:rPr>
              <w:t>6.4</w:t>
            </w:r>
          </w:p>
        </w:tc>
        <w:tc>
          <w:tcPr>
            <w:tcW w:w="5650" w:type="dxa"/>
          </w:tcPr>
          <w:p w14:paraId="0D0DE554" w14:textId="2495F4E3" w:rsidR="001E5F04" w:rsidRDefault="001910CB">
            <w:r>
              <w:rPr>
                <w:sz w:val="18"/>
              </w:rPr>
              <w:t>Will the manuscript have related outputs, such as datasets, code, supplementary files, reports, presentations, or media?</w:t>
            </w:r>
            <w:r w:rsidR="0002766A">
              <w:rPr>
                <w:sz w:val="18"/>
              </w:rPr>
              <w:t xml:space="preserve"> Will they require a DOI?</w:t>
            </w:r>
          </w:p>
        </w:tc>
        <w:tc>
          <w:tcPr>
            <w:tcW w:w="3200" w:type="dxa"/>
          </w:tcPr>
          <w:p w14:paraId="69237A64" w14:textId="77777777" w:rsidR="001E5F04" w:rsidRDefault="001910CB">
            <w:r>
              <w:br/>
            </w:r>
            <w:r>
              <w:br/>
            </w:r>
          </w:p>
        </w:tc>
      </w:tr>
      <w:tr w:rsidR="001E5F04" w14:paraId="14F942E8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5BCC552D" w14:textId="77777777" w:rsidR="001E5F04" w:rsidRDefault="001910CB">
            <w:r>
              <w:rPr>
                <w:sz w:val="18"/>
              </w:rPr>
              <w:t>6.5</w:t>
            </w:r>
          </w:p>
        </w:tc>
        <w:tc>
          <w:tcPr>
            <w:tcW w:w="5650" w:type="dxa"/>
          </w:tcPr>
          <w:p w14:paraId="48EC90F0" w14:textId="351219D6" w:rsidR="001E5F04" w:rsidRDefault="001910CB">
            <w:r>
              <w:rPr>
                <w:sz w:val="18"/>
              </w:rPr>
              <w:t xml:space="preserve">Where will you </w:t>
            </w:r>
            <w:r w:rsidR="0063637E">
              <w:rPr>
                <w:sz w:val="18"/>
              </w:rPr>
              <w:t>archive</w:t>
            </w:r>
            <w:r>
              <w:rPr>
                <w:sz w:val="18"/>
              </w:rPr>
              <w:t xml:space="preserve"> and share your research outputs?</w:t>
            </w:r>
          </w:p>
        </w:tc>
        <w:tc>
          <w:tcPr>
            <w:tcW w:w="3200" w:type="dxa"/>
          </w:tcPr>
          <w:p w14:paraId="36812F1D" w14:textId="77777777" w:rsidR="001E5F04" w:rsidRDefault="001910CB">
            <w:r>
              <w:br/>
            </w:r>
            <w:r>
              <w:br/>
            </w:r>
          </w:p>
        </w:tc>
      </w:tr>
      <w:tr w:rsidR="001E5F04" w14:paraId="0C03CEE6" w14:textId="77777777">
        <w:trPr>
          <w:cantSplit/>
          <w:jc w:val="center"/>
        </w:trPr>
        <w:tc>
          <w:tcPr>
            <w:tcW w:w="650" w:type="dxa"/>
            <w:shd w:val="clear" w:color="auto" w:fill="F2F2F2"/>
          </w:tcPr>
          <w:p w14:paraId="398869D1" w14:textId="77777777" w:rsidR="001E5F04" w:rsidRDefault="001910CB">
            <w:r>
              <w:rPr>
                <w:sz w:val="18"/>
              </w:rPr>
              <w:t>6.6</w:t>
            </w:r>
          </w:p>
        </w:tc>
        <w:tc>
          <w:tcPr>
            <w:tcW w:w="5650" w:type="dxa"/>
          </w:tcPr>
          <w:p w14:paraId="41503EDB" w14:textId="30D7977E" w:rsidR="001E5F04" w:rsidRDefault="001910CB">
            <w:r>
              <w:rPr>
                <w:sz w:val="18"/>
              </w:rPr>
              <w:t xml:space="preserve">Which version of the research output will you be able to </w:t>
            </w:r>
            <w:r w:rsidR="00E90735">
              <w:rPr>
                <w:sz w:val="18"/>
              </w:rPr>
              <w:t xml:space="preserve">openly </w:t>
            </w:r>
            <w:r>
              <w:rPr>
                <w:sz w:val="18"/>
              </w:rPr>
              <w:t>share?</w:t>
            </w:r>
          </w:p>
        </w:tc>
        <w:tc>
          <w:tcPr>
            <w:tcW w:w="3200" w:type="dxa"/>
          </w:tcPr>
          <w:p w14:paraId="3E883FC9" w14:textId="77777777" w:rsidR="001E5F04" w:rsidRDefault="001910CB">
            <w:r>
              <w:br/>
            </w:r>
            <w:r>
              <w:br/>
            </w:r>
          </w:p>
        </w:tc>
      </w:tr>
    </w:tbl>
    <w:p w14:paraId="103643B5" w14:textId="0587C44B" w:rsidR="009F12FA" w:rsidRPr="00D41FE4" w:rsidRDefault="00357A85" w:rsidP="00433C69">
      <w:pPr>
        <w:pStyle w:val="Heading1"/>
        <w:rPr>
          <w:rFonts w:ascii="Arial" w:hAnsi="Arial" w:cs="Arial"/>
          <w:b w:val="0"/>
          <w:bCs w:val="0"/>
          <w:color w:val="auto"/>
          <w:sz w:val="21"/>
          <w:szCs w:val="21"/>
        </w:rPr>
      </w:pPr>
      <w:r>
        <w:rPr>
          <w:rFonts w:ascii="Arial" w:hAnsi="Arial" w:cs="Arial"/>
          <w:b w:val="0"/>
          <w:bCs w:val="0"/>
          <w:color w:val="auto"/>
          <w:sz w:val="21"/>
          <w:szCs w:val="21"/>
        </w:rPr>
        <w:t>Refer</w:t>
      </w:r>
      <w:r w:rsidR="009F12FA" w:rsidRPr="00096519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to </w:t>
      </w:r>
      <w:r w:rsidR="00096519" w:rsidRPr="00096519">
        <w:rPr>
          <w:rFonts w:ascii="Arial" w:hAnsi="Arial" w:cs="Arial"/>
          <w:b w:val="0"/>
          <w:bCs w:val="0"/>
          <w:color w:val="auto"/>
          <w:sz w:val="21"/>
          <w:szCs w:val="21"/>
          <w:u w:val="single"/>
        </w:rPr>
        <w:t>Develop a Publishing Plan</w:t>
      </w:r>
      <w:r w:rsidR="00D41FE4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for guidance </w:t>
      </w:r>
      <w:r>
        <w:rPr>
          <w:rFonts w:ascii="Arial" w:hAnsi="Arial" w:cs="Arial"/>
          <w:b w:val="0"/>
          <w:bCs w:val="0"/>
          <w:color w:val="auto"/>
          <w:sz w:val="21"/>
          <w:szCs w:val="21"/>
        </w:rPr>
        <w:t>on completing</w:t>
      </w:r>
      <w:r w:rsidR="00D41FE4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this </w:t>
      </w:r>
      <w:r>
        <w:rPr>
          <w:rFonts w:ascii="Arial" w:hAnsi="Arial" w:cs="Arial"/>
          <w:b w:val="0"/>
          <w:bCs w:val="0"/>
          <w:color w:val="auto"/>
          <w:sz w:val="21"/>
          <w:szCs w:val="21"/>
        </w:rPr>
        <w:t>w</w:t>
      </w:r>
      <w:r w:rsidR="00D41FE4">
        <w:rPr>
          <w:rFonts w:ascii="Arial" w:hAnsi="Arial" w:cs="Arial"/>
          <w:b w:val="0"/>
          <w:bCs w:val="0"/>
          <w:color w:val="auto"/>
          <w:sz w:val="21"/>
          <w:szCs w:val="21"/>
        </w:rPr>
        <w:t>orksheet.</w:t>
      </w:r>
    </w:p>
    <w:p w14:paraId="04CF4C82" w14:textId="484BBDD0" w:rsidR="00433C69" w:rsidRDefault="00433C69" w:rsidP="00433C69">
      <w:pPr>
        <w:pStyle w:val="Heading1"/>
      </w:pPr>
      <w:r>
        <w:t>Support</w:t>
      </w:r>
    </w:p>
    <w:p w14:paraId="42A9443C" w14:textId="61512C47" w:rsidR="00433C69" w:rsidRDefault="00501CB6" w:rsidP="00C50BBE">
      <w:pPr>
        <w:spacing w:before="200"/>
      </w:pPr>
      <w:r>
        <w:t xml:space="preserve">Contact the Open Publishing Librarian for </w:t>
      </w:r>
      <w:r w:rsidR="00532A71">
        <w:t>help</w:t>
      </w:r>
      <w:r w:rsidR="00244AFE">
        <w:t xml:space="preserve"> with</w:t>
      </w:r>
      <w:r w:rsidR="00767723">
        <w:t xml:space="preserve"> </w:t>
      </w:r>
      <w:r w:rsidR="00244AFE">
        <w:t xml:space="preserve">your publishing plan: </w:t>
      </w:r>
      <w:hyperlink r:id="rId15" w:history="1">
        <w:r w:rsidRPr="003F013B">
          <w:rPr>
            <w:rStyle w:val="Hyperlink"/>
          </w:rPr>
          <w:t>LibraryResearch@westernsydney.edu.au</w:t>
        </w:r>
      </w:hyperlink>
      <w:r>
        <w:t xml:space="preserve"> </w:t>
      </w:r>
    </w:p>
    <w:sectPr w:rsidR="00433C69" w:rsidSect="00034616">
      <w:footerReference w:type="default" r:id="rId16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FABE4" w14:textId="77777777" w:rsidR="000B1340" w:rsidRDefault="000B1340" w:rsidP="00244AFE">
      <w:pPr>
        <w:spacing w:after="0" w:line="240" w:lineRule="auto"/>
      </w:pPr>
      <w:r>
        <w:separator/>
      </w:r>
    </w:p>
  </w:endnote>
  <w:endnote w:type="continuationSeparator" w:id="0">
    <w:p w14:paraId="59CFCA88" w14:textId="77777777" w:rsidR="000B1340" w:rsidRDefault="000B1340" w:rsidP="0024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416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0F6919" w14:textId="262B8181" w:rsidR="00244AFE" w:rsidRDefault="00244A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3ACC79" w14:textId="77777777" w:rsidR="00244AFE" w:rsidRDefault="00244A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08E53" w14:textId="77777777" w:rsidR="000B1340" w:rsidRDefault="000B1340" w:rsidP="00244AFE">
      <w:pPr>
        <w:spacing w:after="0" w:line="240" w:lineRule="auto"/>
      </w:pPr>
      <w:r>
        <w:separator/>
      </w:r>
    </w:p>
  </w:footnote>
  <w:footnote w:type="continuationSeparator" w:id="0">
    <w:p w14:paraId="0E074D8F" w14:textId="77777777" w:rsidR="000B1340" w:rsidRDefault="000B1340" w:rsidP="00244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B45A1"/>
    <w:multiLevelType w:val="hybridMultilevel"/>
    <w:tmpl w:val="CA5492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697515">
    <w:abstractNumId w:val="8"/>
  </w:num>
  <w:num w:numId="2" w16cid:durableId="1675103883">
    <w:abstractNumId w:val="6"/>
  </w:num>
  <w:num w:numId="3" w16cid:durableId="66079391">
    <w:abstractNumId w:val="5"/>
  </w:num>
  <w:num w:numId="4" w16cid:durableId="1405377493">
    <w:abstractNumId w:val="4"/>
  </w:num>
  <w:num w:numId="5" w16cid:durableId="103966573">
    <w:abstractNumId w:val="7"/>
  </w:num>
  <w:num w:numId="6" w16cid:durableId="1024748401">
    <w:abstractNumId w:val="3"/>
  </w:num>
  <w:num w:numId="7" w16cid:durableId="1828127416">
    <w:abstractNumId w:val="2"/>
  </w:num>
  <w:num w:numId="8" w16cid:durableId="1186094510">
    <w:abstractNumId w:val="1"/>
  </w:num>
  <w:num w:numId="9" w16cid:durableId="2068994806">
    <w:abstractNumId w:val="0"/>
  </w:num>
  <w:num w:numId="10" w16cid:durableId="13102854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CF8"/>
    <w:rsid w:val="00011497"/>
    <w:rsid w:val="00027510"/>
    <w:rsid w:val="0002766A"/>
    <w:rsid w:val="00034616"/>
    <w:rsid w:val="00041659"/>
    <w:rsid w:val="00047F9A"/>
    <w:rsid w:val="0006063C"/>
    <w:rsid w:val="00096519"/>
    <w:rsid w:val="000B1340"/>
    <w:rsid w:val="000B15E7"/>
    <w:rsid w:val="000B4B59"/>
    <w:rsid w:val="000E5F47"/>
    <w:rsid w:val="00101263"/>
    <w:rsid w:val="001232A8"/>
    <w:rsid w:val="0014078A"/>
    <w:rsid w:val="00142432"/>
    <w:rsid w:val="0015074B"/>
    <w:rsid w:val="001910CB"/>
    <w:rsid w:val="001C577D"/>
    <w:rsid w:val="001E5F04"/>
    <w:rsid w:val="002375E0"/>
    <w:rsid w:val="00244AFE"/>
    <w:rsid w:val="00275B62"/>
    <w:rsid w:val="0029639D"/>
    <w:rsid w:val="002A550F"/>
    <w:rsid w:val="002B54F2"/>
    <w:rsid w:val="002F5A4D"/>
    <w:rsid w:val="00326F90"/>
    <w:rsid w:val="00356423"/>
    <w:rsid w:val="00357A85"/>
    <w:rsid w:val="003601F7"/>
    <w:rsid w:val="0036364B"/>
    <w:rsid w:val="003642B5"/>
    <w:rsid w:val="00367EE0"/>
    <w:rsid w:val="0038683F"/>
    <w:rsid w:val="003B1833"/>
    <w:rsid w:val="003C78C3"/>
    <w:rsid w:val="003E1BD5"/>
    <w:rsid w:val="003E2F76"/>
    <w:rsid w:val="00427995"/>
    <w:rsid w:val="00433C69"/>
    <w:rsid w:val="00445670"/>
    <w:rsid w:val="004464F2"/>
    <w:rsid w:val="004547A1"/>
    <w:rsid w:val="0049136A"/>
    <w:rsid w:val="004C58A3"/>
    <w:rsid w:val="004F3036"/>
    <w:rsid w:val="00501CB6"/>
    <w:rsid w:val="00504E1C"/>
    <w:rsid w:val="0051364F"/>
    <w:rsid w:val="00524DAA"/>
    <w:rsid w:val="00532A71"/>
    <w:rsid w:val="005421CA"/>
    <w:rsid w:val="0054361C"/>
    <w:rsid w:val="0056712A"/>
    <w:rsid w:val="00571D93"/>
    <w:rsid w:val="005B0495"/>
    <w:rsid w:val="00633C4F"/>
    <w:rsid w:val="0063637E"/>
    <w:rsid w:val="0064274D"/>
    <w:rsid w:val="006519FF"/>
    <w:rsid w:val="00683F49"/>
    <w:rsid w:val="006D3196"/>
    <w:rsid w:val="006F5D96"/>
    <w:rsid w:val="00721FF9"/>
    <w:rsid w:val="00735795"/>
    <w:rsid w:val="007432B2"/>
    <w:rsid w:val="00747CF9"/>
    <w:rsid w:val="0075307E"/>
    <w:rsid w:val="00753C28"/>
    <w:rsid w:val="00766C13"/>
    <w:rsid w:val="00767723"/>
    <w:rsid w:val="00780C51"/>
    <w:rsid w:val="00782A4D"/>
    <w:rsid w:val="00785BED"/>
    <w:rsid w:val="0079699E"/>
    <w:rsid w:val="00797F71"/>
    <w:rsid w:val="007A320B"/>
    <w:rsid w:val="007B21A5"/>
    <w:rsid w:val="007E09F7"/>
    <w:rsid w:val="00866CAD"/>
    <w:rsid w:val="008746F8"/>
    <w:rsid w:val="00894F5C"/>
    <w:rsid w:val="00907112"/>
    <w:rsid w:val="009279CD"/>
    <w:rsid w:val="00933874"/>
    <w:rsid w:val="00943B4C"/>
    <w:rsid w:val="00960A95"/>
    <w:rsid w:val="00961B78"/>
    <w:rsid w:val="00967B0B"/>
    <w:rsid w:val="00972167"/>
    <w:rsid w:val="009C4117"/>
    <w:rsid w:val="009E4E28"/>
    <w:rsid w:val="009F12FA"/>
    <w:rsid w:val="009F4AC4"/>
    <w:rsid w:val="009F7B43"/>
    <w:rsid w:val="00A27A13"/>
    <w:rsid w:val="00A4026B"/>
    <w:rsid w:val="00A5441E"/>
    <w:rsid w:val="00A725FA"/>
    <w:rsid w:val="00A80D71"/>
    <w:rsid w:val="00A8161B"/>
    <w:rsid w:val="00A95E5D"/>
    <w:rsid w:val="00AA1D8D"/>
    <w:rsid w:val="00AC5489"/>
    <w:rsid w:val="00AD6F4C"/>
    <w:rsid w:val="00AE2546"/>
    <w:rsid w:val="00AF1937"/>
    <w:rsid w:val="00B17C9D"/>
    <w:rsid w:val="00B47730"/>
    <w:rsid w:val="00B50B17"/>
    <w:rsid w:val="00B769A6"/>
    <w:rsid w:val="00BE33D9"/>
    <w:rsid w:val="00C50BBE"/>
    <w:rsid w:val="00C729EA"/>
    <w:rsid w:val="00C8290E"/>
    <w:rsid w:val="00CB0664"/>
    <w:rsid w:val="00D11E32"/>
    <w:rsid w:val="00D339F8"/>
    <w:rsid w:val="00D41FE4"/>
    <w:rsid w:val="00D45593"/>
    <w:rsid w:val="00D542FF"/>
    <w:rsid w:val="00D55F3A"/>
    <w:rsid w:val="00DC47EA"/>
    <w:rsid w:val="00DE40F4"/>
    <w:rsid w:val="00DE5D29"/>
    <w:rsid w:val="00DF453F"/>
    <w:rsid w:val="00E044DC"/>
    <w:rsid w:val="00E16488"/>
    <w:rsid w:val="00E21B5E"/>
    <w:rsid w:val="00E32F5D"/>
    <w:rsid w:val="00E66987"/>
    <w:rsid w:val="00E718D7"/>
    <w:rsid w:val="00E73189"/>
    <w:rsid w:val="00E90735"/>
    <w:rsid w:val="00E927C7"/>
    <w:rsid w:val="00EA20F3"/>
    <w:rsid w:val="00EB2EC7"/>
    <w:rsid w:val="00ED4105"/>
    <w:rsid w:val="00F31455"/>
    <w:rsid w:val="00F36DA9"/>
    <w:rsid w:val="00F6529F"/>
    <w:rsid w:val="00FA6466"/>
    <w:rsid w:val="00FC693F"/>
    <w:rsid w:val="00FD52EB"/>
    <w:rsid w:val="0F6A028B"/>
    <w:rsid w:val="10736424"/>
    <w:rsid w:val="13CAC135"/>
    <w:rsid w:val="2AC6C315"/>
    <w:rsid w:val="34E60866"/>
    <w:rsid w:val="4C39D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22A5C5C-ECD9-40E7-92D3-152768FE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90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900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E1B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B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4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esternsydney.edu.au/research/research-impac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esternsydney.edu.au/research/preparing-a-grant-application/research-cod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bjectguides.library.westernsydney.edu.au/engagement/step1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ibraryResearch@westernsydney.edu.a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esternsydney.edu.au/sustainable-development/decadal-strategy/sdg-align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58ca68-76ae-4f93-bd81-6d038e8e42bb" xsi:nil="true"/>
    <Comments xmlns="6de75f45-0e04-4bb9-88a0-a0ca1ae70e60" xsi:nil="true"/>
    <Date xmlns="6de75f45-0e04-4bb9-88a0-a0ca1ae70e60" xsi:nil="true"/>
    <lcf76f155ced4ddcb4097134ff3c332f xmlns="6de75f45-0e04-4bb9-88a0-a0ca1ae70e6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5FEECEE149D4F8F771092133127F7" ma:contentTypeVersion="22" ma:contentTypeDescription="Create a new document." ma:contentTypeScope="" ma:versionID="3d9911a7e386d5be57482602c01538ac">
  <xsd:schema xmlns:xsd="http://www.w3.org/2001/XMLSchema" xmlns:xs="http://www.w3.org/2001/XMLSchema" xmlns:p="http://schemas.microsoft.com/office/2006/metadata/properties" xmlns:ns2="6de75f45-0e04-4bb9-88a0-a0ca1ae70e60" xmlns:ns3="3f58ca68-76ae-4f93-bd81-6d038e8e42bb" targetNamespace="http://schemas.microsoft.com/office/2006/metadata/properties" ma:root="true" ma:fieldsID="be71b3e68ec804f4d520d872d3a906c1" ns2:_="" ns3:_="">
    <xsd:import namespace="6de75f45-0e04-4bb9-88a0-a0ca1ae70e60"/>
    <xsd:import namespace="3f58ca68-76ae-4f93-bd81-6d038e8e4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75f45-0e04-4bb9-88a0-a0ca1ae70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aae0d8a-8891-48d9-ad2b-bad3da6b59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Time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7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8ca68-76ae-4f93-bd81-6d038e8e4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67bfaf5-3a37-425b-a1f2-374f4c01dd58}" ma:internalName="TaxCatchAll" ma:showField="CatchAllData" ma:web="3f58ca68-76ae-4f93-bd81-6d038e8e4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552A64-4B54-4572-AE8B-A74EE12BCE1D}">
  <ds:schemaRefs>
    <ds:schemaRef ds:uri="http://schemas.microsoft.com/office/2006/metadata/properties"/>
    <ds:schemaRef ds:uri="http://schemas.microsoft.com/office/infopath/2007/PartnerControls"/>
    <ds:schemaRef ds:uri="3f58ca68-76ae-4f93-bd81-6d038e8e42bb"/>
    <ds:schemaRef ds:uri="6de75f45-0e04-4bb9-88a0-a0ca1ae70e60"/>
  </ds:schemaRefs>
</ds:datastoreItem>
</file>

<file path=customXml/itemProps3.xml><?xml version="1.0" encoding="utf-8"?>
<ds:datastoreItem xmlns:ds="http://schemas.openxmlformats.org/officeDocument/2006/customXml" ds:itemID="{EB31DCB6-E5C4-4BDF-8EF0-335D6F9E2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75f45-0e04-4bb9-88a0-a0ca1ae70e60"/>
    <ds:schemaRef ds:uri="3f58ca68-76ae-4f93-bd81-6d038e8e4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AA23F0-91F9-4360-ADBA-38356D79CF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580</Words>
  <Characters>3311</Characters>
  <Application>Microsoft Office Word</Application>
  <DocSecurity>4</DocSecurity>
  <Lines>27</Lines>
  <Paragraphs>7</Paragraphs>
  <ScaleCrop>false</ScaleCrop>
  <Manager/>
  <Company/>
  <LinksUpToDate>false</LinksUpToDate>
  <CharactersWithSpaces>3884</CharactersWithSpaces>
  <SharedDoc>false</SharedDoc>
  <HyperlinkBase/>
  <HLinks>
    <vt:vector size="30" baseType="variant">
      <vt:variant>
        <vt:i4>8257557</vt:i4>
      </vt:variant>
      <vt:variant>
        <vt:i4>12</vt:i4>
      </vt:variant>
      <vt:variant>
        <vt:i4>0</vt:i4>
      </vt:variant>
      <vt:variant>
        <vt:i4>5</vt:i4>
      </vt:variant>
      <vt:variant>
        <vt:lpwstr>mailto:LibraryResearch@westernsydney.edu.au</vt:lpwstr>
      </vt:variant>
      <vt:variant>
        <vt:lpwstr/>
      </vt:variant>
      <vt:variant>
        <vt:i4>2883618</vt:i4>
      </vt:variant>
      <vt:variant>
        <vt:i4>9</vt:i4>
      </vt:variant>
      <vt:variant>
        <vt:i4>0</vt:i4>
      </vt:variant>
      <vt:variant>
        <vt:i4>5</vt:i4>
      </vt:variant>
      <vt:variant>
        <vt:lpwstr>https://www.westernsydney.edu.au/sustainable-development/decadal-strategy/sdg-alignment</vt:lpwstr>
      </vt:variant>
      <vt:variant>
        <vt:lpwstr/>
      </vt:variant>
      <vt:variant>
        <vt:i4>262215</vt:i4>
      </vt:variant>
      <vt:variant>
        <vt:i4>6</vt:i4>
      </vt:variant>
      <vt:variant>
        <vt:i4>0</vt:i4>
      </vt:variant>
      <vt:variant>
        <vt:i4>5</vt:i4>
      </vt:variant>
      <vt:variant>
        <vt:lpwstr>https://www.westernsydney.edu.au/research/research-impact</vt:lpwstr>
      </vt:variant>
      <vt:variant>
        <vt:lpwstr/>
      </vt:variant>
      <vt:variant>
        <vt:i4>7209014</vt:i4>
      </vt:variant>
      <vt:variant>
        <vt:i4>3</vt:i4>
      </vt:variant>
      <vt:variant>
        <vt:i4>0</vt:i4>
      </vt:variant>
      <vt:variant>
        <vt:i4>5</vt:i4>
      </vt:variant>
      <vt:variant>
        <vt:lpwstr>https://www.westernsydney.edu.au/research/preparing-a-grant-application/research-codes</vt:lpwstr>
      </vt:variant>
      <vt:variant>
        <vt:lpwstr/>
      </vt:variant>
      <vt:variant>
        <vt:i4>2228326</vt:i4>
      </vt:variant>
      <vt:variant>
        <vt:i4>0</vt:i4>
      </vt:variant>
      <vt:variant>
        <vt:i4>0</vt:i4>
      </vt:variant>
      <vt:variant>
        <vt:i4>5</vt:i4>
      </vt:variant>
      <vt:variant>
        <vt:lpwstr>https://subjectguides.library.westernsydney.edu.au/engagement/step1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Western Sydney University Library</dc:creator>
  <cp:keywords/>
  <dc:description>generated by python-docx</dc:description>
  <cp:lastModifiedBy>Lucy Walton</cp:lastModifiedBy>
  <cp:revision>120</cp:revision>
  <cp:lastPrinted>2026-08-03T19:39:00Z</cp:lastPrinted>
  <dcterms:created xsi:type="dcterms:W3CDTF">2013-12-24T18:15:00Z</dcterms:created>
  <dcterms:modified xsi:type="dcterms:W3CDTF">2026-10-01T07:30:00Z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0x0101008C35FEECEE149D4F8F771092133127F7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